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3180" w:rsidRDefault="00000000">
      <w:pPr>
        <w:pStyle w:val="Title"/>
      </w:pPr>
      <w:r>
        <w:t>Career Exploration in Healthcare – Student Packet</w:t>
      </w:r>
    </w:p>
    <w:p w:rsidR="00AC3180" w:rsidRDefault="00000000">
      <w:r>
        <w:t>Grade Level: 9th Grade</w:t>
      </w:r>
    </w:p>
    <w:p w:rsidR="00AC3180" w:rsidRDefault="00000000">
      <w:r>
        <w:t>Course: Career &amp; Financial Management – Health</w:t>
      </w:r>
    </w:p>
    <w:p w:rsidR="00CB5EE1" w:rsidRDefault="00CB5EE1">
      <w:r>
        <w:t xml:space="preserve">Teacher: </w:t>
      </w:r>
      <w:proofErr w:type="spellStart"/>
      <w:r>
        <w:t>Entela</w:t>
      </w:r>
      <w:proofErr w:type="spellEnd"/>
      <w:r>
        <w:t xml:space="preserve"> I </w:t>
      </w:r>
      <w:proofErr w:type="spellStart"/>
      <w:r>
        <w:t>Ibrahimi</w:t>
      </w:r>
      <w:proofErr w:type="spellEnd"/>
    </w:p>
    <w:p w:rsidR="00AC3180" w:rsidRDefault="00000000">
      <w:r>
        <w:br w:type="page"/>
      </w:r>
    </w:p>
    <w:p w:rsidR="00AC3180" w:rsidRDefault="00000000">
      <w:pPr>
        <w:pStyle w:val="Heading1"/>
      </w:pPr>
      <w:r>
        <w:t>Part 1: Short Reading</w:t>
      </w:r>
    </w:p>
    <w:p w:rsidR="00AC3180" w:rsidRDefault="00000000">
      <w:r>
        <w:t>Healthcare careers are some of the most important and fastest growing jobs today. Not all healthcare jobs require years of medical school—some require only short-term training, certificates, or associate degrees. For example, a doctor or nurse may need many years of study, while a medical assistant, phlebotomist, or dental hygienist can begin work with less schooling. Every role in healthcare is important because together, they help keep patients and communities healthy.</w:t>
      </w:r>
    </w:p>
    <w:p w:rsidR="00AC3180" w:rsidRDefault="00000000">
      <w:r>
        <w:br/>
        <w:t>Reflection Question: What is one healthcare career you already knew about, and one you just learned about?</w:t>
      </w:r>
      <w:r>
        <w:br/>
      </w:r>
    </w:p>
    <w:p w:rsidR="00AC3180" w:rsidRDefault="00000000">
      <w:pPr>
        <w:pStyle w:val="Heading1"/>
      </w:pPr>
      <w:r>
        <w:t>Part 2: True/False Quick Check</w:t>
      </w:r>
    </w:p>
    <w:p w:rsidR="00AC3180" w:rsidRDefault="00000000">
      <w:r>
        <w:t>1. All healthcare careers require medical school. (True/False)</w:t>
      </w:r>
    </w:p>
    <w:p w:rsidR="00AC3180" w:rsidRDefault="00000000">
      <w:r>
        <w:t>Answer: ____________________</w:t>
      </w:r>
    </w:p>
    <w:p w:rsidR="00AC3180" w:rsidRDefault="00000000">
      <w:r>
        <w:t>2. A phlebotomist draws blood and requires special training. (True/False)</w:t>
      </w:r>
    </w:p>
    <w:p w:rsidR="00AC3180" w:rsidRDefault="00000000">
      <w:r>
        <w:t>Answer: ____________________</w:t>
      </w:r>
    </w:p>
    <w:p w:rsidR="00AC3180" w:rsidRDefault="00000000">
      <w:r>
        <w:t>3. Public health workers only work in hospitals. (True/False)</w:t>
      </w:r>
    </w:p>
    <w:p w:rsidR="00AC3180" w:rsidRDefault="00000000">
      <w:r>
        <w:t>Answer: ____________________</w:t>
      </w:r>
    </w:p>
    <w:p w:rsidR="00AC3180" w:rsidRDefault="00000000">
      <w:r>
        <w:t>4. Communication is an important skill for nearly all healthcare jobs. (True/False)</w:t>
      </w:r>
    </w:p>
    <w:p w:rsidR="00AC3180" w:rsidRDefault="00000000">
      <w:r>
        <w:t>Answer: ____________________</w:t>
      </w:r>
    </w:p>
    <w:p w:rsidR="00AC3180" w:rsidRDefault="00000000">
      <w:pPr>
        <w:pStyle w:val="Heading1"/>
      </w:pPr>
      <w:r>
        <w:t>Part 3: Group Research Activity</w:t>
      </w:r>
    </w:p>
    <w:p w:rsidR="00AC3180" w:rsidRDefault="00000000">
      <w:r>
        <w:t>Work with your group to research one healthcare career. Fill in the chart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4315"/>
      </w:tblGrid>
      <w:tr w:rsidR="00AC3180">
        <w:tc>
          <w:tcPr>
            <w:tcW w:w="4320" w:type="dxa"/>
          </w:tcPr>
          <w:p w:rsidR="00AC3180" w:rsidRDefault="00000000">
            <w:r>
              <w:t>Career Title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  <w:tr w:rsidR="00AC3180">
        <w:tc>
          <w:tcPr>
            <w:tcW w:w="4320" w:type="dxa"/>
          </w:tcPr>
          <w:p w:rsidR="00AC3180" w:rsidRDefault="00000000">
            <w:r>
              <w:t>Primary Duties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  <w:tr w:rsidR="00AC3180">
        <w:tc>
          <w:tcPr>
            <w:tcW w:w="4320" w:type="dxa"/>
          </w:tcPr>
          <w:p w:rsidR="00AC3180" w:rsidRDefault="00000000">
            <w:r>
              <w:t>Education/Training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  <w:tr w:rsidR="00AC3180">
        <w:tc>
          <w:tcPr>
            <w:tcW w:w="4320" w:type="dxa"/>
          </w:tcPr>
          <w:p w:rsidR="00AC3180" w:rsidRDefault="00000000">
            <w:r>
              <w:t>Key Skills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  <w:tr w:rsidR="00AC3180">
        <w:tc>
          <w:tcPr>
            <w:tcW w:w="4320" w:type="dxa"/>
          </w:tcPr>
          <w:p w:rsidR="00AC3180" w:rsidRDefault="00000000">
            <w:r>
              <w:t>Job Outlook (demand, pay, etc.)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  <w:tr w:rsidR="00AC3180">
        <w:tc>
          <w:tcPr>
            <w:tcW w:w="4320" w:type="dxa"/>
          </w:tcPr>
          <w:p w:rsidR="00AC3180" w:rsidRDefault="00000000">
            <w:r>
              <w:t>Interesting Facts</w:t>
            </w:r>
          </w:p>
        </w:tc>
        <w:tc>
          <w:tcPr>
            <w:tcW w:w="4320" w:type="dxa"/>
          </w:tcPr>
          <w:p w:rsidR="00AC3180" w:rsidRDefault="00000000">
            <w:r>
              <w:t>_________________________</w:t>
            </w:r>
          </w:p>
        </w:tc>
      </w:tr>
    </w:tbl>
    <w:p w:rsidR="00AC3180" w:rsidRDefault="00000000">
      <w:r>
        <w:br w:type="page"/>
      </w:r>
    </w:p>
    <w:p w:rsidR="00AC3180" w:rsidRDefault="00000000">
      <w:pPr>
        <w:pStyle w:val="Heading1"/>
      </w:pPr>
      <w:r>
        <w:t>Part 4: Independent Infographic Project</w:t>
      </w:r>
    </w:p>
    <w:p w:rsidR="00AC3180" w:rsidRDefault="00000000">
      <w:r>
        <w:t>Choose a healthcare career different from your group’s choice. Create a one-page infographic that includes:</w:t>
      </w:r>
      <w:r>
        <w:br/>
        <w:t>- Career title</w:t>
      </w:r>
      <w:r>
        <w:br/>
        <w:t>- Education required</w:t>
      </w:r>
      <w:r>
        <w:br/>
        <w:t>- Skills and competencies</w:t>
      </w:r>
      <w:r>
        <w:br/>
        <w:t>- Job responsibilities</w:t>
      </w:r>
      <w:r>
        <w:br/>
        <w:t>- A symbol, image, or drawing representing the career</w:t>
      </w:r>
      <w:r>
        <w:br/>
      </w:r>
    </w:p>
    <w:p w:rsidR="00AC3180" w:rsidRDefault="00000000">
      <w:r>
        <w:t>Use the space below to sketch or outline your infographic idea:</w:t>
      </w:r>
    </w:p>
    <w:p w:rsidR="00AC3180" w:rsidRDefault="00000000">
      <w:r>
        <w:br/>
      </w:r>
      <w:r>
        <w:br/>
      </w:r>
      <w:r>
        <w:br/>
      </w:r>
    </w:p>
    <w:p w:rsidR="00AC3180" w:rsidRDefault="00000000">
      <w:r>
        <w:br w:type="page"/>
      </w:r>
    </w:p>
    <w:p w:rsidR="00AC3180" w:rsidRDefault="00000000">
      <w:pPr>
        <w:pStyle w:val="Heading1"/>
      </w:pPr>
      <w:r>
        <w:t>Part 5: Homework Assignment</w:t>
      </w:r>
    </w:p>
    <w:p w:rsidR="00AC3180" w:rsidRDefault="00000000">
      <w:r>
        <w:t>Interview a healthcare professional (family member, neighbor, or community member). Write a one-page reflection that answers:</w:t>
      </w:r>
      <w:r>
        <w:br/>
        <w:t>- What is their job title?</w:t>
      </w:r>
      <w:r>
        <w:br/>
        <w:t>- What skills are most important in their work?</w:t>
      </w:r>
      <w:r>
        <w:br/>
        <w:t>- What is the most rewarding part of their job?</w:t>
      </w:r>
      <w:r>
        <w:br/>
        <w:t>- What is the most challenging part of their job?</w:t>
      </w:r>
    </w:p>
    <w:sectPr w:rsidR="00AC318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0560707">
    <w:abstractNumId w:val="8"/>
  </w:num>
  <w:num w:numId="2" w16cid:durableId="147132813">
    <w:abstractNumId w:val="6"/>
  </w:num>
  <w:num w:numId="3" w16cid:durableId="1075514054">
    <w:abstractNumId w:val="5"/>
  </w:num>
  <w:num w:numId="4" w16cid:durableId="2090887115">
    <w:abstractNumId w:val="4"/>
  </w:num>
  <w:num w:numId="5" w16cid:durableId="1304584650">
    <w:abstractNumId w:val="7"/>
  </w:num>
  <w:num w:numId="6" w16cid:durableId="441807474">
    <w:abstractNumId w:val="3"/>
  </w:num>
  <w:num w:numId="7" w16cid:durableId="1030648403">
    <w:abstractNumId w:val="2"/>
  </w:num>
  <w:num w:numId="8" w16cid:durableId="1014304557">
    <w:abstractNumId w:val="1"/>
  </w:num>
  <w:num w:numId="9" w16cid:durableId="12208197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9B2966"/>
    <w:rsid w:val="00AA1D8D"/>
    <w:rsid w:val="00AC3180"/>
    <w:rsid w:val="00B47730"/>
    <w:rsid w:val="00CB0664"/>
    <w:rsid w:val="00CB5EE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5C2F93"/>
  <w14:defaultImageDpi w14:val="300"/>
  <w15:docId w15:val="{03BC68FB-1346-774A-8FA4-4CA2914DB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entela ilirjani</cp:lastModifiedBy>
  <cp:revision>3</cp:revision>
  <dcterms:created xsi:type="dcterms:W3CDTF">2025-09-07T15:51:00Z</dcterms:created>
  <dcterms:modified xsi:type="dcterms:W3CDTF">2025-09-07T23:57:00Z</dcterms:modified>
  <cp:category/>
</cp:coreProperties>
</file>